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/>
        <w:jc w:val="center"/>
      </w:pPr>
      <w:r>
        <w:drawing>
          <wp:inline xmlns:a="http://schemas.openxmlformats.org/drawingml/2006/main" xmlns:pic="http://schemas.openxmlformats.org/drawingml/2006/picture">
            <wp:extent cx="2103120" cy="1099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yaLogic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099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60"/>
        <w:jc w:val="center"/>
      </w:pPr>
      <w:r>
        <w:rPr>
          <w:rFonts w:ascii="Arial" w:hAnsi="Arial"/>
          <w:b/>
          <w:i w:val="0"/>
          <w:color w:val="0A111F"/>
          <w:sz w:val="52"/>
        </w:rPr>
        <w:t>WEBSITE PROJECT PLANNER</w:t>
      </w:r>
    </w:p>
    <w:p>
      <w:pPr>
        <w:jc w:val="center"/>
      </w:pPr>
      <w:r>
        <w:rPr>
          <w:rFonts w:ascii="Arial" w:hAnsi="Arial"/>
          <w:b/>
          <w:i w:val="0"/>
          <w:color w:val="0090A3"/>
          <w:sz w:val="28"/>
        </w:rPr>
        <w:t>A complete, plain-language requirements questionnaire</w:t>
      </w:r>
    </w:p>
    <w:p>
      <w:pPr>
        <w:spacing w:before="280" w:after="400"/>
        <w:jc w:val="center"/>
      </w:pPr>
      <w:r>
        <w:rPr>
          <w:rFonts w:ascii="Arial" w:hAnsi="Arial"/>
          <w:b w:val="0"/>
          <w:i w:val="0"/>
          <w:color w:val="526071"/>
          <w:sz w:val="22"/>
        </w:rPr>
        <w:t>Choose simple options, add examples where helpful, and write “not sure” whenever you would like MayaLogic to recommend an approach.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A111F"/>
                <w:sz w:val="20"/>
              </w:rPr>
              <w:t>Organization</w:t>
            </w:r>
          </w:p>
        </w:tc>
        <w:tc>
          <w:tcPr>
            <w:tcW w:type="dxa" w:w="71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</w:tcPr>
          <w:p>
            <w:r>
              <w:rPr>
                <w:rFonts w:ascii="Arial" w:hAnsi="Arial"/>
                <w:b w:val="0"/>
                <w:i w:val="0"/>
                <w:color w:val="526071"/>
                <w:sz w:val="20"/>
              </w:rPr>
              <w:t>Click or type here</w:t>
            </w:r>
          </w:p>
        </w:tc>
      </w:tr>
      <w:tr>
        <w:tc>
          <w:tcPr>
            <w:tcW w:type="dxa" w:w="220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A111F"/>
                <w:sz w:val="20"/>
              </w:rPr>
              <w:t>Your name</w:t>
            </w:r>
          </w:p>
        </w:tc>
        <w:tc>
          <w:tcPr>
            <w:tcW w:type="dxa" w:w="71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</w:tcPr>
          <w:p>
            <w:r>
              <w:rPr>
                <w:rFonts w:ascii="Arial" w:hAnsi="Arial"/>
                <w:b w:val="0"/>
                <w:i w:val="0"/>
                <w:color w:val="526071"/>
                <w:sz w:val="20"/>
              </w:rPr>
              <w:t>Click or type here</w:t>
            </w:r>
          </w:p>
        </w:tc>
      </w:tr>
      <w:tr>
        <w:tc>
          <w:tcPr>
            <w:tcW w:type="dxa" w:w="220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A111F"/>
                <w:sz w:val="20"/>
              </w:rPr>
              <w:t>Email</w:t>
            </w:r>
          </w:p>
        </w:tc>
        <w:tc>
          <w:tcPr>
            <w:tcW w:type="dxa" w:w="71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</w:tcPr>
          <w:p>
            <w:r>
              <w:rPr>
                <w:rFonts w:ascii="Arial" w:hAnsi="Arial"/>
                <w:b w:val="0"/>
                <w:i w:val="0"/>
                <w:color w:val="526071"/>
                <w:sz w:val="20"/>
              </w:rPr>
              <w:t>Click or type here</w:t>
            </w:r>
          </w:p>
        </w:tc>
      </w:tr>
      <w:tr>
        <w:tc>
          <w:tcPr>
            <w:tcW w:type="dxa" w:w="220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A111F"/>
                <w:sz w:val="20"/>
              </w:rPr>
              <w:t>Project name</w:t>
            </w:r>
          </w:p>
        </w:tc>
        <w:tc>
          <w:tcPr>
            <w:tcW w:type="dxa" w:w="71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</w:tcPr>
          <w:p>
            <w:r>
              <w:rPr>
                <w:rFonts w:ascii="Arial" w:hAnsi="Arial"/>
                <w:b w:val="0"/>
                <w:i w:val="0"/>
                <w:color w:val="526071"/>
                <w:sz w:val="20"/>
              </w:rPr>
              <w:t>Click or type here</w:t>
            </w:r>
          </w:p>
        </w:tc>
      </w:tr>
    </w:tbl>
    <w:p>
      <w:pPr>
        <w:spacing w:before="360"/>
      </w:pPr>
      <w:r>
        <w:rPr>
          <w:rFonts w:ascii="Arial" w:hAnsi="Arial"/>
          <w:b/>
          <w:i w:val="0"/>
          <w:color w:val="0090A3"/>
          <w:sz w:val="20"/>
        </w:rPr>
        <w:t xml:space="preserve">Before sharing: </w:t>
      </w:r>
      <w:r>
        <w:rPr>
          <w:rFonts w:ascii="Arial" w:hAnsi="Arial"/>
          <w:b w:val="0"/>
          <w:i w:val="0"/>
          <w:color w:val="526071"/>
          <w:sz w:val="20"/>
        </w:rPr>
        <w:t>Please do not include passwords, payment-card details, health records, or other highly sensitive personal data. Share access securely with your MayaLogic contact.</w:t>
      </w:r>
    </w:p>
    <w:p>
      <w:r>
        <w:br w:type="page"/>
      </w:r>
    </w:p>
    <w:p>
      <w:pPr>
        <w:pStyle w:val="Heading1"/>
      </w:pPr>
      <w:r>
        <w:t>How to use this planner</w:t>
      </w:r>
    </w:p>
    <w:p>
      <w:pPr>
        <w:pStyle w:val="ListNumber"/>
      </w:pPr>
      <w:r>
        <w:rPr>
          <w:rFonts w:ascii="Arial" w:hAnsi="Arial"/>
          <w:b w:val="0"/>
          <w:i w:val="0"/>
          <w:color w:val="0A111F"/>
          <w:sz w:val="21"/>
        </w:rPr>
        <w:t>Complete it yourself or with colleagues. Most questions are optional, but more context produces a more accurate proposal.</w:t>
      </w:r>
    </w:p>
    <w:p>
      <w:pPr>
        <w:pStyle w:val="ListNumber"/>
      </w:pPr>
      <w:r>
        <w:rPr>
          <w:rFonts w:ascii="Arial" w:hAnsi="Arial"/>
          <w:b w:val="0"/>
          <w:i w:val="0"/>
          <w:color w:val="0A111F"/>
          <w:sz w:val="21"/>
        </w:rPr>
        <w:t>Tick the closest choices. Add notes when your situation does not fit neatly.</w:t>
      </w:r>
    </w:p>
    <w:p>
      <w:pPr>
        <w:pStyle w:val="ListNumber"/>
      </w:pPr>
      <w:r>
        <w:rPr>
          <w:rFonts w:ascii="Arial" w:hAnsi="Arial"/>
          <w:b w:val="0"/>
          <w:i w:val="0"/>
          <w:color w:val="0A111F"/>
          <w:sz w:val="21"/>
        </w:rPr>
        <w:t>Links to existing websites, shared folders, competitors, and examples are especially useful.</w:t>
      </w:r>
    </w:p>
    <w:p>
      <w:pPr>
        <w:pStyle w:val="ListNumber"/>
      </w:pPr>
      <w:r>
        <w:rPr>
          <w:rFonts w:ascii="Arial" w:hAnsi="Arial"/>
          <w:b w:val="0"/>
          <w:i w:val="0"/>
          <w:color w:val="0A111F"/>
          <w:sz w:val="21"/>
        </w:rPr>
        <w:t>Return the completed file to hello@mayalogic.com or your MayaLogic contact.</w:t>
      </w:r>
    </w:p>
    <w:p>
      <w:pPr>
        <w:pStyle w:val="Heading1"/>
      </w:pPr>
      <w:r>
        <w:t>Sections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50"/>
        <w:gridCol w:w="8610"/>
      </w:tblGrid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01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Business and project basics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02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Goals and success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03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Audience and market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04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Brand and messaging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05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Visual direction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06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Pages and navigation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07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Content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08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Features and functionality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09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Integrations and data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10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Search, marketing and analytics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11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Technology, security and compliance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12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Operations and support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13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Budget, timing and project process</w:t>
            </w:r>
          </w:p>
        </w:tc>
      </w:tr>
      <w:tr>
        <w:tc>
          <w:tcPr>
            <w:tcW w:type="dxa" w:w="750"/>
            <w:tcMar>
              <w:top w:w="120" w:type="dxa"/>
              <w:start w:w="140" w:type="dxa"/>
              <w:bottom w:w="120" w:type="dxa"/>
              <w:end w:w="140" w:type="dxa"/>
            </w:tcMar>
            <w:shd w:fill="EAF7F8"/>
          </w:tcPr>
          <w:p>
            <w:r>
              <w:rPr>
                <w:rFonts w:ascii="Arial" w:hAnsi="Arial"/>
                <w:b/>
                <w:i w:val="0"/>
                <w:color w:val="0090A3"/>
                <w:sz w:val="19"/>
              </w:rPr>
              <w:t>14</w:t>
            </w:r>
          </w:p>
        </w:tc>
        <w:tc>
          <w:tcPr>
            <w:tcW w:type="dxa" w:w="8610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rial" w:hAnsi="Arial"/>
                <w:b/>
                <w:i w:val="0"/>
                <w:color w:val="0A111F"/>
                <w:sz w:val="19"/>
              </w:rPr>
              <w:t>Final context and priorities</w:t>
            </w:r>
          </w:p>
        </w:tc>
      </w:tr>
    </w:tbl>
    <w:p>
      <w:r>
        <w:br w:type="page"/>
      </w:r>
    </w:p>
    <w:p>
      <w:pPr>
        <w:pStyle w:val="Heading1"/>
      </w:pPr>
      <w:r>
        <w:t>1. Business and project basics</w:t>
      </w:r>
    </w:p>
    <w:p>
      <w:r>
        <w:rPr>
          <w:rFonts w:ascii="Arial" w:hAnsi="Arial"/>
          <w:b w:val="0"/>
          <w:i/>
          <w:color w:val="526071"/>
          <w:sz w:val="21"/>
        </w:rPr>
        <w:t>First, help us understand your organization and why this website matters now.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1.1  What does your business or organization do?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We provide at-home physiotherapy for older adults in Lahore and Islamabad.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1.2  Why are you creating a new website now?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Launching a new business or brand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Replacing an old website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Our current website does not generate enough inquiries or sales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Rebranding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Adding new services, products, or locations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Improving credibility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Improving speed, accessibility, security, or mobile experience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Moving away from a difficult platform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1.3  Do you have an existing website?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 - this is our first website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Yes - it will be replaced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Yes - it will remain and this is a separate website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There is a temporary or coming-soon page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1.4  Existing website URL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1.5  Who will review and approve the website?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Include names or roles and mention who has final approval.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Marketing Manager reviews content; CEO gives final approval.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1.6  Is there a desired or fixed launch date?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Tell us if the date is flexible and why it matters.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2. Goals and success</w:t>
      </w:r>
    </w:p>
    <w:p>
      <w:r>
        <w:rPr>
          <w:rFonts w:ascii="Arial" w:hAnsi="Arial"/>
          <w:b w:val="0"/>
          <w:i/>
          <w:color w:val="526071"/>
          <w:sz w:val="21"/>
        </w:rPr>
        <w:t>A clear goal helps us make design and feature decisions that support the business.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2.1  What is the single most important job of the website?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Generate qualified inquiries or leads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Sell products or services online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Explain our services clearly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Build trust and credibility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Accept bookings or registrations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Provide information or support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Recruit employees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Serve members, partners, or customers through a portal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2.2  What other outcomes should the website support?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Grow an email list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Reduce repetitive customer questions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Show our work or case studies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Publish articles or resources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Attract investors or partners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Support sales conversations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Improve local visibility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Collect applications or documents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None of these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2.3  What should visitors do on the website?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Call us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Send an inquiry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Book an appointment or demo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Buy or pay online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Request a quote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Download a document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Create an account or sign in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Visit a physical location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Subscribe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Apply for a job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Share content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2.4  How will you know the website is successful?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20 qualified inquiries per month, fewer support calls, and 30% more bookings from mobile visitors.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2.5  What problems should this project solve?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3. Audience and market</w:t>
      </w:r>
    </w:p>
    <w:p>
      <w:r>
        <w:rPr>
          <w:rFonts w:ascii="Arial" w:hAnsi="Arial"/>
          <w:b w:val="0"/>
          <w:i/>
          <w:color w:val="526071"/>
          <w:sz w:val="21"/>
        </w:rPr>
        <w:t>Tell us who the site is for so the language, structure, and experience feel natural to them.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3.1  Who are the main audiences?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Individual consumers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Small businesses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Large businesses or enterprises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Government or public sector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Nonprofits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Students or educators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Patients or healthcare professionals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Members or partners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Job candidates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Investors or media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Existing customers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3.2  Describe your ideal customer or visitor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Operations managers at 50-500 person manufacturers who need better inventory visibility.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3.3  Where are your visitors located?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One city or local area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Across Pakistan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One other country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Several named countries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Worldwide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3.4  How will visitors usually access the site?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Mostly mobile phones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Mostly desktop or laptop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 balanced mix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Tablets or kiosks are important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Slow or unreliable internet is common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3.5  What questions or concerns do visitors have before choosing you?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They need to understand pricing, whether we cover their area, and what happens after they book.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3.6  Are there specific accessibility needs or standards?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Accessible design helps everyone. WCAG is the common web accessibility standard.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WCAG 2.2 AA is required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A higher or organization-specific standard is required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 formal requirement, but follow good accessible practice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4. Brand and messaging</w:t>
      </w:r>
    </w:p>
    <w:p>
      <w:r>
        <w:rPr>
          <w:rFonts w:ascii="Arial" w:hAnsi="Arial"/>
          <w:b w:val="0"/>
          <w:i/>
          <w:color w:val="526071"/>
          <w:sz w:val="21"/>
        </w:rPr>
        <w:t>Share what already exists and the impression visitors should take away.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4.1  Which brand materials already exist?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Logo files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Brand guidelines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Defined colors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Defined fonts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Tagline or messaging guide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Presentation or brochure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Photo or illustration library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Social media templates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Nothing yet - we need a new identity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4.2  How should the brand feel?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Choose up to five that fit best.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Professional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Trustworthy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Premium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Friendly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Warm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Bold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Innovative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Technical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Simple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Playful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Calm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Elegant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Energetic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Established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Approachable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4.3  Which words or impressions should the brand avoid?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4.4  Do you have a tagline or key message?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4.5  Why should customers choose you instead of alternatives?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Same-day service, transparent fixed pricing, and technicians employed directly by us.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4.6  Links to logos, brand guidelines, fonts, or shared folders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Google Drive, Dropbox, OneDrive, Canva, Figma, or another accessible link.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5. Visual direction</w:t>
      </w:r>
    </w:p>
    <w:p>
      <w:r>
        <w:rPr>
          <w:rFonts w:ascii="Arial" w:hAnsi="Arial"/>
          <w:b w:val="0"/>
          <w:i/>
          <w:color w:val="526071"/>
          <w:sz w:val="21"/>
        </w:rPr>
        <w:t>You do not need design vocabulary. Choose what feels closest and show us examples if you can.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5.1  Which visual styles feel right?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Clean and minimal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Modern and bold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Premium and elegant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Friendly and colorful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Corporate and established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Editorial or magazine-like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Technical or futuristic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Natural or organic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Playful and expressive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Image-led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Text-led and informative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5.2  Preferred colors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Names or color codes are both fine.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5.3  Colors to avoid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5.4  Typography preference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Modern and clean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Classic and traditional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Elegant and refined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Bold and expressive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Friendly and rounded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Use our existing brand fonts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5.5  Preferred imagery style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Real photography of our team or work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Professional stock photography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Illustrations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Icons and diagrams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3D graphics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Abstract shapes or gradients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Video or animation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Very little imagery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5.6  Websites you like and what you like about them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https://stripe.com - clear explanations and polished illustrations. The layout feels confident.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5.7  Websites or design choices you dislike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6. Pages and navigation</w:t>
      </w:r>
    </w:p>
    <w:p>
      <w:r>
        <w:rPr>
          <w:rFonts w:ascii="Arial" w:hAnsi="Arial"/>
          <w:b w:val="0"/>
          <w:i/>
          <w:color w:val="526071"/>
          <w:sz w:val="21"/>
        </w:rPr>
        <w:t>Choose likely pages now. MayaLogic will turn this into a recommended sitemap.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6.1  Which pages do you expect to need?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Home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About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Services overview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 separate page for each service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Products or shop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Industries or audiences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Portfolio or case studies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Testimonials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Pricing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Team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Locations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Blog or insights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Resources or downloads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Events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Careers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FAQs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Contact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Book a call or appointment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Customer portal or login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Legal and privacy pages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6.2  Other or industry-specific pages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6.3  Which pages should be easiest to reach?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6.4  Does the website need pages for multiple locations?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Yes - 2 to 5 locations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Yes - 6 to 25 locations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Yes - more than 25 locations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Maybe later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6.5  Does the website need more than one language?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6.6  What content or sections may be added later?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7. Content</w:t>
      </w:r>
    </w:p>
    <w:p>
      <w:r>
        <w:rPr>
          <w:rFonts w:ascii="Arial" w:hAnsi="Arial"/>
          <w:b w:val="0"/>
          <w:i/>
          <w:color w:val="526071"/>
          <w:sz w:val="21"/>
        </w:rPr>
        <w:t>Great websites need clear words and strong media. Tell us what is ready and where help is needed.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7.1  Who will provide or approve the content?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Our team will write and approve everything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Our team will provide rough content; MayaLogic should refine it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MayaLogic should write most content with our input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A separate writer or agency is responsible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7.2  What content is ready today?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Final written copy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Rough written copy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Existing website content to reuse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Logo and brand files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Professional photos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Team photos and bios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Product or service details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Case studies or testimonials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Videos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Downloadable files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Very little is ready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7.3  What content help do you need from MayaLogic?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Content strategy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Copywriting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Editing and proofreading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SEO research and writing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Photography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Video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Illustration or icon design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Content migration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Translation or localization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 content help needed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7.4  What writing tone should the site use?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Clear and direct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Expert but easy to understand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Formal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Conversational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Warm and reassuring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Bold and persuasive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Technical and detailed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Playful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Use our existing voice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7.5  What proof can we show?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Customer testimonials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Case studies or results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Client logos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Certifications or memberships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Awards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Ratings or reviews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Statistics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Press coverage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Security or compliance credentials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Years in business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None available yet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7.6  What photos, videos, illustrations, or documents are available?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7.7  Which legal or policy pages are required?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Privacy policy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Cookie policy and consent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Terms and conditions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Refund or returns policy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Shipping policy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Accessibility statement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Disclaimer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Industry-specific notices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Our lawyer will advise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8. Features and functionality</w:t>
      </w:r>
    </w:p>
    <w:p>
      <w:r>
        <w:rPr>
          <w:rFonts w:ascii="Arial" w:hAnsi="Arial"/>
          <w:b w:val="0"/>
          <w:i/>
          <w:color w:val="526071"/>
          <w:sz w:val="21"/>
        </w:rPr>
        <w:t>Select everything visitors or staff should be able to do. It is fine if some items are future ideas.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8.1  Which features are needed?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Contact or inquiry forms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Request a quote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Booking or appointments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Online payments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Online shop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Donations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User accounts or private portal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Search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Filters or comparison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Blog or news publishing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Events or registration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Job listings and applications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Newsletter signup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Live chat or chatbot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Maps or location finder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Document downloads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Reviews or testimonials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Social media feeds or sharing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Multi-language support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Accessibility controls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8.2  Which forms should the site include?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General contact, detailed quote request with file upload, and job application with CV upload.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8.3  Do visitors need accounts, login, or a private portal?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8.4  Does the site need search or filtering?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8.5  Does the site need booking, appointments, or events?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8.6  Does the site sell products, services, memberships, or donations?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8.7  Describe any special calculators, maps, directories, dashboards, AI, or custom tools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9. Integrations and data</w:t>
      </w:r>
    </w:p>
    <w:p>
      <w:r>
        <w:rPr>
          <w:rFonts w:ascii="Arial" w:hAnsi="Arial"/>
          <w:b w:val="0"/>
          <w:i/>
          <w:color w:val="526071"/>
          <w:sz w:val="21"/>
        </w:rPr>
        <w:t>List tools the website must exchange information with. If you only know the product name, that is enough.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9.1  Which external tools must connect to the website?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CRM or sales system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Email marketing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Calendar or scheduling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Payment gateway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Accounting or invoicing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Inventory or ERP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Customer support or live chat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Learning management system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Property, job, or product feed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Social media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Analytics or advertising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Single sign-on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Internal database or software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None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Other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9.2  CRM or lead-management system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9.3  Payment providers or accounting systems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9.4  Email marketing, analytics, advertising, or consent tools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9.5  Does existing content or data need to be migrated?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About 120 WordPress articles, 2,000 customer accounts, and 300 downloadable PDFs.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9.6  Are APIs or data feeds required?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An API lets systems exchange information automatically.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10. Search, marketing and analytics</w:t>
      </w:r>
    </w:p>
    <w:p>
      <w:r>
        <w:rPr>
          <w:rFonts w:ascii="Arial" w:hAnsi="Arial"/>
          <w:b w:val="0"/>
          <w:i/>
          <w:color w:val="526071"/>
          <w:sz w:val="21"/>
        </w:rPr>
        <w:t>Help us protect current visibility and prepare the website to support future marketing.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10.1  What is your current SEO situation?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New website with no search history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Existing site gets useful search traffic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Existing site gets little search traffic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work with an SEO specialist or agency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have had a search penalty or major decline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10.2  Which services, products, or search phrases matter most?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“corporate catering Lahore”, “office lunch delivery”, and our brand name.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10.3  Main competitors or alternatives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Include links and mention what they do well or poorly.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10.4  How will people discover the site?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Google search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Google or Microsoft ads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Social media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Social advertising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Email campaigns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Sales team or referrals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Events or printed materials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Partners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Physical location or signage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Media or PR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10.5  What should be measured or reported?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Inquiries or form submissions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Phone-call clicks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Bookings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Sales and revenue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Downloads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Newsletter signups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Account registrations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Page and content performance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Advertising conversions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Search rankings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Dashboard for management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Basic analytics only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10.6  Are URL redirects or search-ranking preservation required?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Yes - preserving current search performance is important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Some old pages can be removed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 - this is a new website/domain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11. Technology, security and compliance</w:t>
      </w:r>
    </w:p>
    <w:p>
      <w:r>
        <w:rPr>
          <w:rFonts w:ascii="Arial" w:hAnsi="Arial"/>
          <w:b w:val="0"/>
          <w:i/>
          <w:color w:val="526071"/>
          <w:sz w:val="21"/>
        </w:rPr>
        <w:t>Do not worry if this section feels technical. “Not sure” is a useful answer and we will recommend a safe approach.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11.1  Domain name status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own the domain and can provide access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own it but do not know who controls it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need help buying a domain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are changing domains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11.2  Hosting preference or current provider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11.3  Who will update the site and what should they be able to edit?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Two marketing staff should edit pages and publish articles; HR should only manage vacancies.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11.4  Any required or prohibited technologies?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11.5  Security requirements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Standard secure website practices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Multi-factor authentication for administrators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Single sign-on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User roles and permissions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Audit logs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Encrypted sensitive data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Penetration testing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Security review by our team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Backup and disaster recovery requirements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Web application firewall or DDoS protection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 sensitive data will be collected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11.6  Legal, privacy, industry, or data-residency requirements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GDPR or UK GDPR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Pakistan data/privacy requirements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HIPAA or health data rules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PCI DSS for card payments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WCAG accessibility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Financial-services requirements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Government or procurement requirements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Data must remain in a named country/region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 known special requirements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Our legal/compliance team will advise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11.7  Performance, uptime, or traffic expectations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12. Operations and support</w:t>
      </w:r>
    </w:p>
    <w:p>
      <w:r>
        <w:rPr>
          <w:rFonts w:ascii="Arial" w:hAnsi="Arial"/>
          <w:b w:val="0"/>
          <w:i/>
          <w:color w:val="526071"/>
          <w:sz w:val="21"/>
        </w:rPr>
        <w:t>Planning ownership now keeps the website healthy and useful after launch day.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12.1  How often will content change?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Rarely - a few times a year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Monthly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Weekly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Daily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Many times per day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Different areas have different schedules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12.2  What training or documentation will your team need?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Live online training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Recorded training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Written admin guide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Short how-to videos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Technical documentation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Training for several roles or teams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 training needed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12.3  Who should handle maintenance after launch?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MayaLogic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Our internal team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Another provider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Shared responsibility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12.4  What ongoing support do you expect?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Security and software updates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Backups and monitoring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Small content changes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Design and feature improvements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SEO and content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Analytics reports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Emergency support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Defined service-level agreement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Support only when requested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Not sure yet - I would like MayaLogic to recommend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12.5  Who currently controls domains, hosting, analytics, and other accounts?</w:t>
      </w:r>
    </w:p>
    <w:p>
      <w:pPr>
        <w:spacing w:after="60"/>
      </w:pPr>
      <w:r>
        <w:rPr>
          <w:rFonts w:ascii="Arial" w:hAnsi="Arial"/>
          <w:b w:val="0"/>
          <w:i w:val="0"/>
          <w:color w:val="526071"/>
          <w:sz w:val="18"/>
        </w:rPr>
        <w:t>Do not send passwords here. Names/roles and known providers are enough.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13. Budget, timing and project process</w:t>
      </w:r>
    </w:p>
    <w:p>
      <w:r>
        <w:rPr>
          <w:rFonts w:ascii="Arial" w:hAnsi="Arial"/>
          <w:b w:val="0"/>
          <w:i/>
          <w:color w:val="526071"/>
          <w:sz w:val="21"/>
        </w:rPr>
        <w:t>Ranges are enough. Honest constraints help MayaLogic propose the right scope and delivery approach.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13.1  Estimated website budget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Under US$5,000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US$5,000-$10,000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US$10,000-$25,000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US$25,000-$50,000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US$50,000-$100,000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US$100,000+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We need help defining a realistic budget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Prefer to discuss privately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13.2  If trade-offs are needed, what matters most?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Launch speed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Lower initial cost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Distinctive design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More features at launch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Content quality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SEO and marketing readiness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Long-term flexibility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Performance and reliability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Ease of updating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Accessibility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Security and compliance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13.3  Preferred timeline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Under 4 weeks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1-2 months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2-4 months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4-6 months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6+ months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 fixed timeline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( ) Not sure yet - I would like MayaLogic to recommend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13.4  Events, campaigns, contracts, or dates that affect the schedule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13.5  Who from your team will be involved and what are their roles?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13.6  Preferred communication and meeting style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Email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Slack or Microsoft Teams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WhatsApp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Weekly video call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Fortnightly video call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Mostly written updates</w:t>
            </w:r>
          </w:p>
        </w:tc>
      </w:tr>
      <w:tr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7F9FB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Shared project-management tool</w:t>
            </w:r>
          </w:p>
        </w:tc>
        <w:tc>
          <w:tcPr>
            <w:tcW w:type="dxa" w:w="4680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  <w:shd w:fill="FFFFFF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0A111F"/>
                <w:sz w:val="18"/>
              </w:rPr>
              <w:t>[ ] We are flexible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 w:val="0"/>
          <w:color w:val="526071"/>
          <w:sz w:val="17"/>
        </w:rPr>
        <w:t>Notes: __________________________________________________________________________________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13.7  How will reviews and approvals work?</w:t>
      </w:r>
    </w:p>
    <w:p>
      <w:pPr>
        <w:spacing w:after="80"/>
      </w:pPr>
      <w:r>
        <w:rPr>
          <w:rFonts w:ascii="Arial" w:hAnsi="Arial"/>
          <w:b/>
          <w:i w:val="0"/>
          <w:color w:val="0090A3"/>
          <w:sz w:val="17"/>
        </w:rPr>
        <w:t xml:space="preserve">Example: </w:t>
      </w:r>
      <w:r>
        <w:rPr>
          <w:rFonts w:ascii="Arial" w:hAnsi="Arial"/>
          <w:b w:val="0"/>
          <w:i/>
          <w:color w:val="526071"/>
          <w:sz w:val="17"/>
        </w:rPr>
        <w:t>Project lead gathers one combined set of comments; CEO approves at sitemap, design, and pre-launch stages.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14. Final context and priorities</w:t>
      </w:r>
    </w:p>
    <w:p>
      <w:r>
        <w:rPr>
          <w:rFonts w:ascii="Arial" w:hAnsi="Arial"/>
          <w:b w:val="0"/>
          <w:i/>
          <w:color w:val="526071"/>
          <w:sz w:val="21"/>
        </w:rPr>
        <w:t>A final chance to separate essentials from later ideas and share anything the questionnaire missed.</w:t>
      </w: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14.1  Top three must-haves for launch</w:t>
      </w:r>
      <w:r>
        <w:rPr>
          <w:rFonts w:ascii="Arial" w:hAnsi="Arial"/>
          <w:b/>
          <w:i w:val="0"/>
          <w:color w:val="0090A3"/>
          <w:sz w:val="15"/>
        </w:rPr>
        <w:t xml:space="preserve">  REQUIRED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14.2  Nice-to-haves that can wait for a later phase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14.3  Concerns, risks, or previous project experiences we should know about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14.4  Helpful links, documents, folders, or references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pPr>
        <w:keepNext/>
        <w:spacing w:before="200" w:after="60"/>
      </w:pPr>
      <w:r>
        <w:rPr>
          <w:rFonts w:ascii="Arial" w:hAnsi="Arial"/>
          <w:b/>
          <w:i w:val="0"/>
          <w:color w:val="0A111F"/>
          <w:sz w:val="22"/>
        </w:rPr>
        <w:t>14.5  Anything else MayaLogic should know?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20" w:type="dxa"/>
              <w:start w:w="140" w:type="dxa"/>
              <w:bottom w:w="120" w:type="dxa"/>
              <w:end w:w="140" w:type="dxa"/>
            </w:tcMar>
            <w:shd w:fill="F7F9FB"/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26071"/>
                <w:sz w:val="18"/>
              </w:rPr>
              <w:t>Your answer:</w:t>
              <w:br/>
              <w:br/>
              <w:br/>
              <w:br/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Thank you</w:t>
      </w:r>
    </w:p>
    <w:p>
      <w:r>
        <w:rPr>
          <w:rFonts w:ascii="Arial" w:hAnsi="Arial"/>
          <w:b w:val="0"/>
          <w:i w:val="0"/>
          <w:color w:val="0A111F"/>
          <w:sz w:val="22"/>
        </w:rPr>
        <w:t xml:space="preserve">Please return this completed planner to </w:t>
      </w:r>
      <w:r>
        <w:rPr>
          <w:rFonts w:ascii="Arial" w:hAnsi="Arial"/>
          <w:b/>
          <w:i w:val="0"/>
          <w:color w:val="0090A3"/>
          <w:sz w:val="22"/>
        </w:rPr>
        <w:t>hello@mayalogic.com</w:t>
      </w:r>
      <w:r>
        <w:rPr>
          <w:rFonts w:ascii="Arial" w:hAnsi="Arial"/>
          <w:b w:val="0"/>
          <w:i w:val="0"/>
          <w:color w:val="0A111F"/>
          <w:sz w:val="22"/>
        </w:rPr>
        <w:t>. MayaLogic will review your answers and identify any questions that need a short follow-up conversation.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152" w:right="1440" w:bottom="1152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26071"/>
        <w:sz w:val="16"/>
      </w:rPr>
      <w:t>mayalogic.com  |  hello@mayalogic.com  |  Confidential client questionnaire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 w:val="0"/>
        <w:i w:val="0"/>
        <w:color w:val="526071"/>
        <w:sz w:val="17"/>
      </w:rPr>
      <w:t>MayaLogic | Website Project Planner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0A111F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0A111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0090A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A111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